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523 Big Hill | Nearby Amenities &amp; Recreation</w:t>
      </w:r>
    </w:p>
    <w:p>
      <w:r>
        <w:rPr>
          <w:i/>
        </w:rPr>
        <w:t>Enjoy the best of Hope, Idaho and Lake Pend Oreille</w:t>
      </w:r>
    </w:p>
    <w:p>
      <w:pPr>
        <w:pStyle w:val="Heading2"/>
      </w:pPr>
      <w:r>
        <w:t>🌊 Lake Pend Oreille Access</w:t>
      </w:r>
    </w:p>
    <w:p>
      <w:pPr>
        <w:pStyle w:val="ListBullet"/>
      </w:pPr>
      <w:r>
        <w:t>Public boat launch just minutes away at Sam Owen Boat Launch.</w:t>
      </w:r>
    </w:p>
    <w:p>
      <w:pPr>
        <w:pStyle w:val="ListBullet"/>
      </w:pPr>
      <w:r>
        <w:t>Additional easy lake access at Trestle Creek Boat Ramp.</w:t>
      </w:r>
    </w:p>
    <w:p>
      <w:pPr>
        <w:pStyle w:val="ListBullet"/>
      </w:pPr>
      <w:r>
        <w:t>Swimming, paddleboarding, kayaking, fishing, and boating all within a few minutes.</w:t>
      </w:r>
    </w:p>
    <w:p>
      <w:pPr>
        <w:pStyle w:val="Heading2"/>
      </w:pPr>
      <w:r>
        <w:t>⚓ Marina &amp; Resort</w:t>
      </w:r>
    </w:p>
    <w:p>
      <w:pPr>
        <w:pStyle w:val="ListBullet"/>
      </w:pPr>
      <w:r>
        <w:t>Pend Oreille Shores Resort featuring marina access, tennis courts, indoor pool &amp; hot tub, fitness center, and seasonal activities.</w:t>
      </w:r>
    </w:p>
    <w:p>
      <w:pPr>
        <w:pStyle w:val="Heading2"/>
      </w:pPr>
      <w:r>
        <w:t>🚤 Charter Fishing &amp; Lake Adventures</w:t>
      </w:r>
    </w:p>
    <w:p>
      <w:pPr>
        <w:pStyle w:val="ListBullet"/>
      </w:pPr>
      <w:r>
        <w:t>Seagull Charters</w:t>
      </w:r>
    </w:p>
    <w:p>
      <w:pPr>
        <w:pStyle w:val="ListBullet"/>
      </w:pPr>
      <w:r>
        <w:t>North Star Charters</w:t>
      </w:r>
    </w:p>
    <w:p>
      <w:pPr>
        <w:pStyle w:val="ListBullet"/>
      </w:pPr>
      <w:r>
        <w:t>Cloud Nine Sail Charters</w:t>
      </w:r>
    </w:p>
    <w:p>
      <w:pPr>
        <w:pStyle w:val="Heading2"/>
      </w:pPr>
      <w:r>
        <w:t>🌲 Parks &amp; Outdoor Recreation</w:t>
      </w:r>
    </w:p>
    <w:p>
      <w:pPr>
        <w:pStyle w:val="ListBullet"/>
      </w:pPr>
      <w:r>
        <w:t>Trestle Creek Park</w:t>
      </w:r>
    </w:p>
    <w:p>
      <w:pPr>
        <w:pStyle w:val="ListBullet"/>
      </w:pPr>
      <w:r>
        <w:t>Trestle Creek Day Use Area</w:t>
      </w:r>
    </w:p>
    <w:p>
      <w:pPr>
        <w:pStyle w:val="ListBullet"/>
      </w:pPr>
      <w:r>
        <w:t>Sam Owen Campground</w:t>
      </w:r>
    </w:p>
    <w:p>
      <w:pPr>
        <w:pStyle w:val="ListBullet"/>
      </w:pPr>
      <w:r>
        <w:t>Miles of nearby hiking, biking, wildlife viewing, and scenic drives.</w:t>
      </w:r>
    </w:p>
    <w:p>
      <w:pPr>
        <w:pStyle w:val="Heading2"/>
      </w:pPr>
      <w:r>
        <w:t>🍽 Nearby Dining</w:t>
      </w:r>
    </w:p>
    <w:p>
      <w:pPr>
        <w:pStyle w:val="ListBullet"/>
      </w:pPr>
      <w:r>
        <w:t>The Float House – Waterfront dining &amp; cocktails.</w:t>
      </w:r>
    </w:p>
    <w:p>
      <w:pPr>
        <w:pStyle w:val="ListBullet"/>
      </w:pPr>
      <w:r>
        <w:t>The Old Ice House Pizzeria – A local favorite for handcrafted pizza, fresh ingredients, local beer and wine, and beautiful lake views.</w:t>
      </w:r>
    </w:p>
    <w:p>
      <w:pPr>
        <w:pStyle w:val="ListBullet"/>
      </w:pPr>
      <w:r>
        <w:t>Pearl's on the Lake – Upscale lakeside dining with seasonal Northwest cuisine.</w:t>
      </w:r>
    </w:p>
    <w:p>
      <w:pPr>
        <w:pStyle w:val="ListBullet"/>
      </w:pPr>
      <w:r>
        <w:t>B's Beacon – Cozy local restaurant serving breakfast, lunch, and dinner.</w:t>
      </w:r>
    </w:p>
    <w:p>
      <w:pPr>
        <w:pStyle w:val="ListBullet"/>
      </w:pPr>
      <w:r>
        <w:t>Downtown Sandpoint's restaurants, breweries, coffee shops, shopping, and entertainment are just 20 minutes away.</w:t>
      </w:r>
    </w:p>
    <w:p>
      <w:pPr>
        <w:pStyle w:val="Heading2"/>
      </w:pPr>
      <w:r>
        <w:t>🎿 Four Seasons of Recreation</w:t>
      </w:r>
    </w:p>
    <w:p>
      <w:pPr>
        <w:pStyle w:val="ListBullet"/>
      </w:pPr>
      <w:r>
        <w:t>Approximately 20 minutes to downtown Sandpoint.</w:t>
      </w:r>
    </w:p>
    <w:p>
      <w:pPr>
        <w:pStyle w:val="ListBullet"/>
      </w:pPr>
      <w:r>
        <w:t>Approximately 35 minutes to Schweitzer Mountain Resort.</w:t>
      </w:r>
    </w:p>
    <w:p>
      <w:pPr>
        <w:pStyle w:val="ListBullet"/>
      </w:pPr>
      <w:r>
        <w:t>Easy access to boating, skiing, hiking, snowmobiling, golfing, mountain biking, and fishing throughout the year.</w:t>
      </w:r>
    </w:p>
    <w:p>
      <w:pPr>
        <w:pStyle w:val="Heading2"/>
      </w:pPr>
      <w:r>
        <w:t>❤️ Why Buyers Love Hope</w:t>
      </w:r>
    </w:p>
    <w:p>
      <w:pPr>
        <w:pStyle w:val="ListBullet"/>
      </w:pPr>
      <w:r>
        <w:t>Small-town lakeside community</w:t>
      </w:r>
    </w:p>
    <w:p>
      <w:pPr>
        <w:pStyle w:val="ListBullet"/>
      </w:pPr>
      <w:r>
        <w:t>Stunning mountain and lake scenery</w:t>
      </w:r>
    </w:p>
    <w:p>
      <w:pPr>
        <w:pStyle w:val="ListBullet"/>
      </w:pPr>
      <w:r>
        <w:t>Relaxed pace of life</w:t>
      </w:r>
    </w:p>
    <w:p>
      <w:pPr>
        <w:pStyle w:val="ListBullet"/>
      </w:pPr>
      <w:r>
        <w:t>Incredible sunsets over Lake Pend Oreille</w:t>
      </w:r>
    </w:p>
    <w:p>
      <w:pPr>
        <w:pStyle w:val="ListBullet"/>
      </w:pPr>
      <w:r>
        <w:t>Convenient access to Sandpoint while enjoying the peace and privacy of Hope.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